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3366"/>
          <w:sz w:val="26"/>
        </w:rPr>
        <w:t>COMUNE DI SAN PROCOPIO</w:t>
        <w:br/>
      </w:r>
      <w:r>
        <w:rPr>
          <w:color w:val="555555"/>
          <w:sz w:val="19"/>
        </w:rPr>
        <w:t>(Città Metropolitana di Reggio Calabria)</w:t>
        <w:br/>
        <w:t>AREA AMMINISTRATIVA – SERVIZI SOCIALI E CULTURALI</w:t>
      </w:r>
    </w:p>
    <w:p>
      <w:pPr>
        <w:jc w:val="center"/>
      </w:pPr>
      <w:r>
        <w:rPr>
          <w:color w:val="003366"/>
          <w:sz w:val="16"/>
        </w:rPr>
        <w:t>_________________________________________________________________________________</w:t>
      </w:r>
    </w:p>
    <w:p>
      <w:pPr>
        <w:spacing w:before="160" w:after="240"/>
        <w:jc w:val="center"/>
      </w:pPr>
      <w:r>
        <w:rPr>
          <w:b/>
          <w:color w:val="003366"/>
          <w:sz w:val="26"/>
        </w:rPr>
        <w:t>MODULO DI ISCRIZIONE E LIBERATORIA DI RESPONSABILITÀ</w:t>
        <w:br/>
      </w:r>
      <w:r>
        <w:rPr>
          <w:b/>
          <w:color w:val="2F5496"/>
          <w:sz w:val="20"/>
        </w:rPr>
        <w:t>CENTRI ESTIVI 2026 – EVENTO "FESTA DEI COLORI"</w:t>
        <w:br/>
        <w:t>Giovedì 17 Settembre 2026 | Piazza Mons. Bruno Occhiuto, San Procopio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792"/>
            <w:shd w:fill="F2F4F8" w:val="clear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jc w:val="left"/>
            </w:pPr>
            <w:r>
              <w:rPr>
                <w:b/>
                <w:color w:val="C00000"/>
                <w:sz w:val="18"/>
              </w:rPr>
              <w:t xml:space="preserve">AVVISO IMPORTANTE: </w:t>
            </w:r>
            <w:r>
              <w:rPr>
                <w:sz w:val="18"/>
              </w:rPr>
              <w:t>Il presente modulo, debitamente compilato e sottoscritto da un genitore o esercente la responsabilità genitoriale, deve essere consegnato all'Ufficio Protocollo del Comune di San Procopio o agli organizzatori prima dell'inizio delle attività.</w:t>
            </w:r>
          </w:p>
        </w:tc>
      </w:tr>
    </w:tbl>
    <w:p>
      <w:pPr>
        <w:spacing w:before="120"/>
      </w:pPr>
    </w:p>
    <w:p>
      <w:pPr>
        <w:pStyle w:val="Heading1"/>
        <w:spacing w:before="200" w:after="80"/>
      </w:pPr>
      <w:r>
        <w:rPr>
          <w:b/>
          <w:color w:val="003366"/>
          <w:sz w:val="22"/>
        </w:rPr>
        <w:t>1. DATI DEL GENITORE / ESERCENTE LA RESPONSABILITÀ GENITORIALE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896"/>
            <w:tcMar>
              <w:top w:w="60" w:type="dxa"/>
              <w:bottom w:w="60" w:type="dxa"/>
              <w:left w:w="80" w:type="dxa"/>
              <w:right w:w="80" w:type="dxa"/>
            </w:tcMar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>
            <w:r>
              <w:rPr>
                <w:b/>
                <w:color w:val="404040"/>
                <w:sz w:val="18"/>
              </w:rPr>
              <w:t>Cognome e Nome Genitore:</w:t>
              <w:br/>
            </w:r>
            <w:r>
              <w:rPr>
                <w:color w:val="AAAAAA"/>
              </w:rPr>
              <w:t>________________________________________</w:t>
            </w:r>
          </w:p>
        </w:tc>
        <w:tc>
          <w:tcPr>
            <w:tcW w:type="dxa" w:w="4896"/>
            <w:tcMar>
              <w:top w:w="60" w:type="dxa"/>
              <w:bottom w:w="60" w:type="dxa"/>
              <w:left w:w="80" w:type="dxa"/>
              <w:right w:w="80" w:type="dxa"/>
            </w:tcMar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>
            <w:r>
              <w:rPr>
                <w:b/>
                <w:color w:val="404040"/>
                <w:sz w:val="18"/>
              </w:rPr>
              <w:t>Codice Fiscale:</w:t>
              <w:br/>
            </w:r>
            <w:r>
              <w:rPr>
                <w:color w:val="AAAAAA"/>
              </w:rPr>
              <w:t>________________________________________</w:t>
            </w:r>
          </w:p>
        </w:tc>
      </w:tr>
      <w:tr>
        <w:tc>
          <w:tcPr>
            <w:tcW w:type="dxa" w:w="4896"/>
            <w:tcMar>
              <w:top w:w="60" w:type="dxa"/>
              <w:bottom w:w="60" w:type="dxa"/>
              <w:left w:w="80" w:type="dxa"/>
              <w:right w:w="80" w:type="dxa"/>
            </w:tcMar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>
            <w:r>
              <w:rPr>
                <w:b/>
                <w:color w:val="404040"/>
                <w:sz w:val="18"/>
              </w:rPr>
              <w:t>Luogo e Data di Nascita:</w:t>
              <w:br/>
            </w:r>
            <w:r>
              <w:rPr>
                <w:color w:val="AAAAAA"/>
              </w:rPr>
              <w:t>________________________________________</w:t>
            </w:r>
          </w:p>
        </w:tc>
        <w:tc>
          <w:tcPr>
            <w:tcW w:type="dxa" w:w="4896"/>
            <w:tcMar>
              <w:top w:w="60" w:type="dxa"/>
              <w:bottom w:w="60" w:type="dxa"/>
              <w:left w:w="80" w:type="dxa"/>
              <w:right w:w="80" w:type="dxa"/>
            </w:tcMar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>
            <w:r>
              <w:rPr>
                <w:b/>
                <w:color w:val="404040"/>
                <w:sz w:val="18"/>
              </w:rPr>
              <w:t>Residenza (Via e N.):</w:t>
              <w:br/>
            </w:r>
            <w:r>
              <w:rPr>
                <w:color w:val="AAAAAA"/>
              </w:rPr>
              <w:t>________________________________________</w:t>
            </w:r>
          </w:p>
        </w:tc>
      </w:tr>
      <w:tr>
        <w:tc>
          <w:tcPr>
            <w:tcW w:type="dxa" w:w="4896"/>
            <w:tcMar>
              <w:top w:w="60" w:type="dxa"/>
              <w:bottom w:w="60" w:type="dxa"/>
              <w:left w:w="80" w:type="dxa"/>
              <w:right w:w="80" w:type="dxa"/>
            </w:tcMar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>
            <w:r>
              <w:rPr>
                <w:b/>
                <w:color w:val="404040"/>
                <w:sz w:val="18"/>
              </w:rPr>
              <w:t>Recapito Telefonico / Cellulare:</w:t>
              <w:br/>
            </w:r>
            <w:r>
              <w:rPr>
                <w:color w:val="AAAAAA"/>
              </w:rPr>
              <w:t>________________________________________</w:t>
            </w:r>
          </w:p>
        </w:tc>
        <w:tc>
          <w:tcPr>
            <w:tcW w:type="dxa" w:w="4896"/>
            <w:tcMar>
              <w:top w:w="60" w:type="dxa"/>
              <w:bottom w:w="60" w:type="dxa"/>
              <w:left w:w="80" w:type="dxa"/>
              <w:right w:w="80" w:type="dxa"/>
            </w:tcMar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>
            <w:r>
              <w:rPr>
                <w:b/>
                <w:color w:val="404040"/>
                <w:sz w:val="18"/>
              </w:rPr>
              <w:t>Indirizzo E-mail:</w:t>
              <w:br/>
            </w:r>
            <w:r>
              <w:rPr>
                <w:color w:val="AAAAAA"/>
              </w:rPr>
              <w:t>________________________________________</w:t>
            </w:r>
          </w:p>
        </w:tc>
      </w:tr>
      <w:tr>
        <w:tc>
          <w:tcPr>
            <w:tcW w:type="dxa" w:w="4896"/>
            <w:tcMar>
              <w:top w:w="60" w:type="dxa"/>
              <w:bottom w:w="60" w:type="dxa"/>
              <w:left w:w="80" w:type="dxa"/>
              <w:right w:w="80" w:type="dxa"/>
            </w:tcMar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>
            <w:r>
              <w:rPr>
                <w:b/>
                <w:color w:val="404040"/>
                <w:sz w:val="18"/>
              </w:rPr>
              <w:t>Documento di Riconoscimento (Tipo e N.):</w:t>
              <w:br/>
            </w:r>
            <w:r>
              <w:rPr>
                <w:color w:val="AAAAAA"/>
              </w:rPr>
              <w:t>________________________________________</w:t>
            </w:r>
          </w:p>
        </w:tc>
        <w:tc>
          <w:tcPr>
            <w:tcW w:type="dxa" w:w="4896"/>
            <w:tcMar>
              <w:top w:w="60" w:type="dxa"/>
              <w:bottom w:w="60" w:type="dxa"/>
              <w:left w:w="80" w:type="dxa"/>
              <w:right w:w="80" w:type="dxa"/>
            </w:tcMar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>
            <w:r>
              <w:rPr>
                <w:b/>
                <w:color w:val="404040"/>
                <w:sz w:val="18"/>
              </w:rPr>
              <w:t>Rilasciato da / il:</w:t>
              <w:br/>
            </w:r>
            <w:r>
              <w:rPr>
                <w:color w:val="AAAAAA"/>
              </w:rPr>
              <w:t>________________________________________</w:t>
            </w:r>
          </w:p>
        </w:tc>
      </w:tr>
    </w:tbl>
    <w:p>
      <w:pPr>
        <w:spacing w:before="120"/>
      </w:pPr>
    </w:p>
    <w:p>
      <w:pPr>
        <w:pStyle w:val="Heading1"/>
        <w:spacing w:before="160" w:after="80"/>
      </w:pPr>
      <w:r>
        <w:rPr>
          <w:b/>
          <w:color w:val="003366"/>
          <w:sz w:val="22"/>
        </w:rPr>
        <w:t>2. DATI DEL MINORE PARTECIPANTE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896"/>
            <w:tcMar>
              <w:top w:w="60" w:type="dxa"/>
              <w:bottom w:w="60" w:type="dxa"/>
              <w:left w:w="80" w:type="dxa"/>
              <w:right w:w="80" w:type="dxa"/>
            </w:tcMar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>
            <w:r>
              <w:rPr>
                <w:b/>
                <w:color w:val="404040"/>
                <w:sz w:val="18"/>
              </w:rPr>
              <w:t>Cognome e Nome Minore:</w:t>
              <w:br/>
            </w:r>
            <w:r>
              <w:rPr>
                <w:color w:val="AAAAAA"/>
              </w:rPr>
              <w:t>________________________________________</w:t>
            </w:r>
          </w:p>
        </w:tc>
        <w:tc>
          <w:tcPr>
            <w:tcW w:type="dxa" w:w="4896"/>
            <w:tcMar>
              <w:top w:w="60" w:type="dxa"/>
              <w:bottom w:w="60" w:type="dxa"/>
              <w:left w:w="80" w:type="dxa"/>
              <w:right w:w="80" w:type="dxa"/>
            </w:tcMar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>
            <w:r>
              <w:rPr>
                <w:b/>
                <w:color w:val="404040"/>
                <w:sz w:val="18"/>
              </w:rPr>
              <w:t>Codice Fiscale Minore:</w:t>
              <w:br/>
            </w:r>
            <w:r>
              <w:rPr>
                <w:color w:val="AAAAAA"/>
              </w:rPr>
              <w:t>________________________________________</w:t>
            </w:r>
          </w:p>
        </w:tc>
      </w:tr>
      <w:tr>
        <w:tc>
          <w:tcPr>
            <w:tcW w:type="dxa" w:w="4896"/>
            <w:tcMar>
              <w:top w:w="60" w:type="dxa"/>
              <w:bottom w:w="60" w:type="dxa"/>
              <w:left w:w="80" w:type="dxa"/>
              <w:right w:w="80" w:type="dxa"/>
            </w:tcMar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>
            <w:r>
              <w:rPr>
                <w:b/>
                <w:color w:val="404040"/>
                <w:sz w:val="18"/>
              </w:rPr>
              <w:t>Luogo e Data di Nascita:</w:t>
              <w:br/>
            </w:r>
            <w:r>
              <w:rPr>
                <w:color w:val="AAAAAA"/>
              </w:rPr>
              <w:t>________________________________________</w:t>
            </w:r>
          </w:p>
        </w:tc>
        <w:tc>
          <w:tcPr>
            <w:tcW w:type="dxa" w:w="4896"/>
            <w:tcMar>
              <w:top w:w="60" w:type="dxa"/>
              <w:bottom w:w="60" w:type="dxa"/>
              <w:left w:w="80" w:type="dxa"/>
              <w:right w:w="80" w:type="dxa"/>
            </w:tcMar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>
            <w:r>
              <w:rPr>
                <w:b/>
                <w:color w:val="404040"/>
                <w:sz w:val="18"/>
              </w:rPr>
              <w:t>Età del minore:</w:t>
              <w:br/>
            </w:r>
            <w:r>
              <w:rPr>
                <w:color w:val="AAAAAA"/>
              </w:rPr>
              <w:t>________________________________________</w:t>
            </w:r>
          </w:p>
        </w:tc>
      </w:tr>
      <w:tr>
        <w:tc>
          <w:tcPr>
            <w:tcW w:type="dxa" w:w="9792"/>
            <w:gridSpan w:val="2"/>
            <w:tcMar>
              <w:top w:w="60" w:type="dxa"/>
              <w:bottom w:w="60" w:type="dxa"/>
              <w:left w:w="80" w:type="dxa"/>
              <w:right w:w="80" w:type="dxa"/>
            </w:tcMar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>
            <w:r>
              <w:rPr>
                <w:b/>
                <w:color w:val="404040"/>
                <w:sz w:val="18"/>
              </w:rPr>
              <w:t>Eventuali allergie, intolleranze alimentari o segnalazioni sanitarie/speciali:</w:t>
              <w:br/>
            </w:r>
            <w:r>
              <w:rPr>
                <w:color w:val="AAAAAA"/>
              </w:rPr>
              <w:t>_________________________________________________________________________________</w:t>
            </w:r>
          </w:p>
        </w:tc>
      </w:tr>
    </w:tbl>
    <w:p>
      <w:pPr>
        <w:spacing w:before="120"/>
      </w:pPr>
    </w:p>
    <w:p>
      <w:pPr>
        <w:pStyle w:val="Heading1"/>
        <w:spacing w:before="160" w:after="80"/>
      </w:pPr>
      <w:r>
        <w:rPr>
          <w:b/>
          <w:color w:val="003366"/>
          <w:sz w:val="22"/>
        </w:rPr>
        <w:t>3. DICHIARAZIONE DI CONSENSO E LIBERATORIA DI RESPONSABILITÀ</w:t>
      </w:r>
    </w:p>
    <w:p>
      <w:pPr>
        <w:spacing w:after="80"/>
      </w:pPr>
      <w:r>
        <w:rPr>
          <w:sz w:val="19"/>
        </w:rPr>
        <w:t>Il/La sottoscritto/a, in qualità di genitore/esercente la responsabilità genitoriale sul minore sopra indicato:</w:t>
        <w:br/>
      </w:r>
    </w:p>
    <w:p>
      <w:pPr>
        <w:pStyle w:val="ListBullet"/>
        <w:spacing w:after="60"/>
      </w:pPr>
      <w:r>
        <w:rPr>
          <w:b/>
          <w:color w:val="003366"/>
          <w:sz w:val="18"/>
        </w:rPr>
        <w:t xml:space="preserve">AUTORIZZA </w:t>
      </w:r>
      <w:r>
        <w:rPr>
          <w:sz w:val="18"/>
        </w:rPr>
        <w:t>la partecipazione del/la proprio/a figlio/a alle attività socio-educative, ricreative, ai laboratori ed all'utilizzo dei giochi gonfiabili organizzati nell'ambito dell'evento 'FESTA DEI COLORI' in data 17/09/2026;</w:t>
      </w:r>
    </w:p>
    <w:p>
      <w:pPr>
        <w:pStyle w:val="ListBullet"/>
        <w:spacing w:after="60"/>
      </w:pPr>
      <w:r>
        <w:rPr>
          <w:b/>
          <w:color w:val="003366"/>
          <w:sz w:val="18"/>
        </w:rPr>
        <w:t xml:space="preserve">DICHIARA </w:t>
      </w:r>
      <w:r>
        <w:rPr>
          <w:sz w:val="18"/>
        </w:rPr>
        <w:t>di aver informato gli organizzatori di eventuali particolari esigenze sanitarie, allergie o intolleranze del minore e che lo stesso è in idonee condizioni psico-fisiche per lo svolgimento delle attività previste;</w:t>
      </w:r>
    </w:p>
    <w:p>
      <w:pPr>
        <w:pStyle w:val="ListBullet"/>
        <w:spacing w:after="60"/>
      </w:pPr>
      <w:r>
        <w:rPr>
          <w:b/>
          <w:color w:val="003366"/>
          <w:sz w:val="18"/>
        </w:rPr>
        <w:t xml:space="preserve">LIBERA E SOLLEVA </w:t>
      </w:r>
      <w:r>
        <w:rPr>
          <w:sz w:val="18"/>
        </w:rPr>
        <w:t>il Comune di San Procopio e l'Associazione 'GIOVANI IN MOVIMENTO', unitamente agli operatori e volontari, da ogni responsabilità civile e penale per eventuali infortuni, danni a cose o persone che dovessero verificarsi al di fuori della comprovata dolo o colpa grave degli organizzatori durante lo svolgimento dell'evento;</w:t>
      </w:r>
    </w:p>
    <w:p>
      <w:pPr>
        <w:pStyle w:val="ListBullet"/>
        <w:spacing w:after="60"/>
      </w:pPr>
      <w:r>
        <w:rPr>
          <w:b/>
          <w:color w:val="003366"/>
          <w:sz w:val="18"/>
        </w:rPr>
        <w:t xml:space="preserve">SI IMPEGNA </w:t>
      </w:r>
      <w:r>
        <w:rPr>
          <w:sz w:val="18"/>
        </w:rPr>
        <w:t>ad accompagnare il minore presso l'area dell'evento (Piazza Mons. Bruno Occhiuto) e a riprenderlo tempestivamente al termine delle attività previste (ore 20:30 circa).</w:t>
      </w:r>
    </w:p>
    <w:p>
      <w:pPr>
        <w:spacing w:before="80"/>
      </w:pPr>
    </w:p>
    <w:p>
      <w:pPr>
        <w:pStyle w:val="Heading1"/>
        <w:spacing w:before="160" w:after="80"/>
      </w:pPr>
      <w:r>
        <w:rPr>
          <w:b/>
          <w:color w:val="003366"/>
          <w:sz w:val="21"/>
        </w:rPr>
        <w:t>4. AUTORIZZAZIONE RIPRESE FOTOGRAFICHE/VIDEO E INFORMATIVA PRIVACY (GDPR 679/2016)</w:t>
      </w:r>
    </w:p>
    <w:p>
      <w:pPr>
        <w:spacing w:after="80"/>
      </w:pPr>
      <w:r>
        <w:rPr>
          <w:sz w:val="18"/>
        </w:rPr>
        <w:t>In relazione all'eventuale scatto di fotografie o realizzazione di riprese video durante l'evento a scopo esclusivamente promozionale e documentale delle attività dell'Ente (pubblicazione sul sito istituzionale del Comune, canali social e stampa locale):</w:t>
        <w:br/>
      </w:r>
    </w:p>
    <w:p>
      <w:pPr>
        <w:spacing w:after="40"/>
        <w:ind w:left="288"/>
      </w:pPr>
      <w:r>
        <w:rPr>
          <w:b/>
        </w:rPr>
        <w:t>[  ] ACCONSENTE     [  ] NON ACCONSENTE</w:t>
        <w:br/>
      </w:r>
      <w:r>
        <w:rPr>
          <w:sz w:val="18"/>
        </w:rPr>
        <w:t>all'effettuazione e pubblicazione delle riprese video/fotografiche del minore nell'ambito delle attività dell'evento.</w:t>
      </w:r>
    </w:p>
    <w:p>
      <w:pPr>
        <w:spacing w:before="80" w:after="160"/>
      </w:pPr>
      <w:r>
        <w:rPr>
          <w:b/>
          <w:sz w:val="17"/>
        </w:rPr>
        <w:t xml:space="preserve">Informativa ex art. 13 Reg. UE 2016/679: </w:t>
      </w:r>
      <w:r>
        <w:rPr>
          <w:sz w:val="17"/>
        </w:rPr>
        <w:t>I dati personali raccolti saranno trattati dal Comune di San Procopio e dall'Associazione incaricata esclusivamente per le finalità gestionali ed organizzative dell'evento Centri Estivi 2026 e non saranno comunicati a terzi per scopi commerciali.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896"/>
            <w:tcMar>
              <w:top w:w="60" w:type="dxa"/>
              <w:bottom w:w="20" w:type="dxa"/>
              <w:left w:w="40" w:type="dxa"/>
              <w:right w:w="40" w:type="dxa"/>
            </w:tcMar>
          </w:tcPr>
          <w:p>
            <w:r>
              <w:rPr>
                <w:sz w:val="19"/>
              </w:rPr>
              <w:t>Luogo e Data:</w:t>
              <w:br/>
              <w:br/>
              <w:t>San Procopio, ____ / ____ / 2026</w:t>
            </w:r>
          </w:p>
        </w:tc>
        <w:tc>
          <w:tcPr>
            <w:tcW w:type="dxa" w:w="4896"/>
            <w:tcMar>
              <w:top w:w="60" w:type="dxa"/>
              <w:bottom w:w="20" w:type="dxa"/>
              <w:left w:w="40" w:type="dxa"/>
              <w:right w:w="40" w:type="dxa"/>
            </w:tcMar>
          </w:tcPr>
          <w:p>
            <w:pPr>
              <w:jc w:val="center"/>
            </w:pPr>
            <w:r>
              <w:rPr>
                <w:sz w:val="19"/>
              </w:rPr>
              <w:t>Firma del Genitore / Esercente la responsabilità:</w:t>
              <w:br/>
              <w:br/>
              <w:t>____________________________________</w:t>
            </w:r>
          </w:p>
        </w:tc>
      </w:tr>
      <w:tr>
        <w:tc>
          <w:tcPr>
            <w:tcW w:type="dxa" w:w="4968"/>
          </w:tcPr>
          <w:p/>
        </w:tc>
        <w:tc>
          <w:tcPr>
            <w:tcW w:type="dxa" w:w="4968"/>
          </w:tcPr>
          <w:p/>
        </w:tc>
      </w:tr>
    </w:tbl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