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37B1A3" w14:textId="77777777" w:rsidR="00831B1A" w:rsidRPr="00C76AFA" w:rsidRDefault="00831B1A" w:rsidP="00831B1A">
      <w:pPr>
        <w:pStyle w:val="Nessunaspaziatur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6AFA">
        <w:rPr>
          <w:rFonts w:ascii="Times New Roman" w:hAnsi="Times New Roman" w:cs="Times New Roman"/>
          <w:noProof/>
          <w:sz w:val="24"/>
          <w:szCs w:val="24"/>
          <w:lang w:eastAsia="it-IT"/>
        </w:rPr>
        <w:drawing>
          <wp:anchor distT="0" distB="0" distL="114300" distR="114300" simplePos="0" relativeHeight="251659264" behindDoc="0" locked="0" layoutInCell="1" allowOverlap="1" wp14:anchorId="54760DE2" wp14:editId="4FFF69E6">
            <wp:simplePos x="0" y="0"/>
            <wp:positionH relativeFrom="column">
              <wp:posOffset>2680335</wp:posOffset>
            </wp:positionH>
            <wp:positionV relativeFrom="paragraph">
              <wp:posOffset>-473075</wp:posOffset>
            </wp:positionV>
            <wp:extent cx="796925" cy="1152525"/>
            <wp:effectExtent l="0" t="0" r="3175" b="9525"/>
            <wp:wrapNone/>
            <wp:docPr id="1" name="Immagine 1" descr="STEMMA COMU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STEMMA COMUN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692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76AF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1A6945B" w14:textId="77777777" w:rsidR="00831B1A" w:rsidRPr="00C76AFA" w:rsidRDefault="00831B1A" w:rsidP="00831B1A">
      <w:pPr>
        <w:pStyle w:val="Nessunaspaziatura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963CA1" w14:textId="77777777" w:rsidR="00831B1A" w:rsidRPr="00C76AFA" w:rsidRDefault="00831B1A" w:rsidP="00831B1A">
      <w:pPr>
        <w:pStyle w:val="Nessunaspaziatura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4A0B099" w14:textId="77777777" w:rsidR="00831B1A" w:rsidRPr="00C76AFA" w:rsidRDefault="00831B1A" w:rsidP="00831B1A">
      <w:pPr>
        <w:pStyle w:val="Nessunaspaziatura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3A3BBB1" w14:textId="77777777" w:rsidR="00831B1A" w:rsidRPr="00C76AFA" w:rsidRDefault="00831B1A" w:rsidP="00831B1A">
      <w:pPr>
        <w:pStyle w:val="Nessunaspaziatura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B645489" w14:textId="77777777" w:rsidR="00831B1A" w:rsidRPr="00C76AFA" w:rsidRDefault="00831B1A" w:rsidP="00831B1A">
      <w:pPr>
        <w:pStyle w:val="Nessunaspaziatura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30BE070" w14:textId="77777777" w:rsidR="00831B1A" w:rsidRPr="00C76AFA" w:rsidRDefault="00831B1A" w:rsidP="00831B1A">
      <w:pPr>
        <w:pStyle w:val="Nessunaspaziatura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9AE0C45" w14:textId="77777777" w:rsidR="00831B1A" w:rsidRPr="00C76AFA" w:rsidRDefault="00831B1A" w:rsidP="00831B1A">
      <w:pPr>
        <w:pStyle w:val="Nessunaspaziatur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6AFA">
        <w:rPr>
          <w:rFonts w:ascii="Times New Roman" w:hAnsi="Times New Roman" w:cs="Times New Roman"/>
          <w:b/>
          <w:sz w:val="24"/>
          <w:szCs w:val="24"/>
        </w:rPr>
        <w:t>COMUNE DI SAN PROCOPIO</w:t>
      </w:r>
    </w:p>
    <w:p w14:paraId="651975E7" w14:textId="77777777" w:rsidR="00831B1A" w:rsidRPr="00C76AFA" w:rsidRDefault="00831B1A" w:rsidP="00831B1A">
      <w:pPr>
        <w:pStyle w:val="Nessunaspaziatura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76AF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Città Metropolitana di Reggio Calabria</w:t>
      </w:r>
    </w:p>
    <w:p w14:paraId="1CCCF9A9" w14:textId="77777777" w:rsidR="00831B1A" w:rsidRPr="00C76AFA" w:rsidRDefault="00831B1A" w:rsidP="00831B1A">
      <w:pPr>
        <w:pStyle w:val="Nessunaspaziatura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6AFA">
        <w:rPr>
          <w:rFonts w:ascii="Times New Roman" w:hAnsi="Times New Roman" w:cs="Times New Roman"/>
          <w:color w:val="000000" w:themeColor="text1"/>
          <w:sz w:val="24"/>
          <w:szCs w:val="24"/>
        </w:rPr>
        <w:t>piazza Vittorio Veneto, 1 – cap. 89020 – P.I. 00708900808 – C.F. 82000050805</w:t>
      </w:r>
    </w:p>
    <w:p w14:paraId="7E927A98" w14:textId="77777777" w:rsidR="00831B1A" w:rsidRPr="00C76AFA" w:rsidRDefault="00831B1A" w:rsidP="00831B1A">
      <w:pPr>
        <w:pStyle w:val="Nessunaspaziatura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6A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Tel. 0966333001- 0966333138 </w:t>
      </w:r>
      <w:proofErr w:type="gramStart"/>
      <w:r w:rsidRPr="00C76AFA">
        <w:rPr>
          <w:rFonts w:ascii="Times New Roman" w:hAnsi="Times New Roman" w:cs="Times New Roman"/>
          <w:color w:val="000000" w:themeColor="text1"/>
          <w:sz w:val="24"/>
          <w:szCs w:val="24"/>
        </w:rPr>
        <w:t>–  fax</w:t>
      </w:r>
      <w:proofErr w:type="gramEnd"/>
      <w:r w:rsidRPr="00C76A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0966333205</w:t>
      </w:r>
    </w:p>
    <w:p w14:paraId="62C1D846" w14:textId="28C87361" w:rsidR="00831B1A" w:rsidRPr="00C76AFA" w:rsidRDefault="00831B1A" w:rsidP="00831B1A">
      <w:pPr>
        <w:pStyle w:val="Nessunaspaziatura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hyperlink r:id="rId7" w:history="1">
        <w:r w:rsidRPr="00C76AFA">
          <w:rPr>
            <w:rStyle w:val="Collegamentoipertestuale"/>
            <w:rFonts w:ascii="Times New Roman" w:hAnsi="Times New Roman" w:cs="Times New Roman"/>
            <w:sz w:val="24"/>
            <w:szCs w:val="24"/>
          </w:rPr>
          <w:t>www.comune.sanprocopio.rc.it</w:t>
        </w:r>
      </w:hyperlink>
    </w:p>
    <w:p w14:paraId="61520C7A" w14:textId="77777777" w:rsidR="00831B1A" w:rsidRPr="00C76AFA" w:rsidRDefault="00831B1A" w:rsidP="00831B1A">
      <w:pPr>
        <w:pStyle w:val="Nessunaspaziatura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B18A162" w14:textId="77777777" w:rsidR="00831B1A" w:rsidRPr="00C76AFA" w:rsidRDefault="00831B1A" w:rsidP="00831B1A">
      <w:pPr>
        <w:pStyle w:val="Nessunaspaziatura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42B4F5F" w14:textId="77777777" w:rsidR="00831B1A" w:rsidRPr="00C76AFA" w:rsidRDefault="00831B1A" w:rsidP="00831B1A">
      <w:pPr>
        <w:pStyle w:val="Nessunaspaziatura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1527252" w14:textId="77777777" w:rsidR="0089091B" w:rsidRDefault="0089091B" w:rsidP="0089091B">
      <w:pPr>
        <w:pStyle w:val="Nessunaspaziatura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it-IT"/>
        </w:rPr>
      </w:pPr>
      <w:r w:rsidRPr="0089091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it-IT"/>
        </w:rPr>
        <w:t>Allegato A - Modello di Domanda di Partecipazione</w:t>
      </w:r>
    </w:p>
    <w:p w14:paraId="6D18CD3E" w14:textId="77777777" w:rsidR="0089091B" w:rsidRPr="0089091B" w:rsidRDefault="0089091B" w:rsidP="0089091B">
      <w:pPr>
        <w:pStyle w:val="Nessunaspaziatura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it-IT"/>
        </w:rPr>
      </w:pPr>
    </w:p>
    <w:p w14:paraId="42F88ED4" w14:textId="77777777" w:rsidR="0089091B" w:rsidRPr="0089091B" w:rsidRDefault="0089091B" w:rsidP="0089091B">
      <w:pPr>
        <w:pStyle w:val="Nessunaspaziatura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</w:pPr>
      <w:r w:rsidRPr="0089091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it-IT"/>
        </w:rPr>
        <w:t>MANIFESTAZIONE D’INTERESSE PER LA RISERVA DI POSTI PRESSO STRUTTURE DI ASILO NIDO (3-36 MESI) PER IL COMUNE DI SAN PROCOPIO</w:t>
      </w:r>
    </w:p>
    <w:p w14:paraId="548C2917" w14:textId="5C49E5C4" w:rsidR="0089091B" w:rsidRDefault="0089091B" w:rsidP="00A85C88">
      <w:pPr>
        <w:pStyle w:val="Nessunaspaziatura"/>
        <w:ind w:left="72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it-IT"/>
        </w:rPr>
      </w:pPr>
    </w:p>
    <w:p w14:paraId="4DCD1ECB" w14:textId="77777777" w:rsidR="00A85C88" w:rsidRPr="0089091B" w:rsidRDefault="00A85C88" w:rsidP="00A85C88">
      <w:pPr>
        <w:pStyle w:val="Nessunaspaziatura"/>
        <w:ind w:left="72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it-IT"/>
        </w:rPr>
      </w:pPr>
    </w:p>
    <w:p w14:paraId="679D73E6" w14:textId="77777777" w:rsidR="00D41662" w:rsidRDefault="0089091B" w:rsidP="00A85C88">
      <w:pPr>
        <w:pStyle w:val="Nessunaspaziatura"/>
        <w:jc w:val="right"/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</w:pPr>
      <w:r w:rsidRPr="0089091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it-IT"/>
        </w:rPr>
        <w:t>AL COMUNE DI SAN PROCOPIO (RC)</w:t>
      </w:r>
      <w:r w:rsidRPr="0089091B"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  <w:t xml:space="preserve"> </w:t>
      </w:r>
    </w:p>
    <w:p w14:paraId="2C65463D" w14:textId="77777777" w:rsidR="00D41662" w:rsidRDefault="0089091B" w:rsidP="00A85C88">
      <w:pPr>
        <w:pStyle w:val="Nessunaspaziatura"/>
        <w:jc w:val="right"/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</w:pPr>
      <w:r w:rsidRPr="0089091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it-IT"/>
        </w:rPr>
        <w:t>Area Amministrativa</w:t>
      </w:r>
      <w:r w:rsidRPr="0089091B"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  <w:t xml:space="preserve"> </w:t>
      </w:r>
    </w:p>
    <w:p w14:paraId="20113B89" w14:textId="348E1FFE" w:rsidR="0089091B" w:rsidRPr="0089091B" w:rsidRDefault="00D41662" w:rsidP="00A85C88">
      <w:pPr>
        <w:pStyle w:val="Nessunaspaziatura"/>
        <w:jc w:val="right"/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  <w:t>protocollo.sanprocopio@asmepec.it</w:t>
      </w:r>
    </w:p>
    <w:p w14:paraId="7FAD4A91" w14:textId="77777777" w:rsidR="00A85C88" w:rsidRDefault="00A85C88" w:rsidP="0089091B">
      <w:pPr>
        <w:pStyle w:val="Nessunaspaziatura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it-IT"/>
        </w:rPr>
      </w:pPr>
    </w:p>
    <w:p w14:paraId="104B7D90" w14:textId="00F9EE02" w:rsidR="0089091B" w:rsidRDefault="0089091B" w:rsidP="0089091B">
      <w:pPr>
        <w:pStyle w:val="Nessunaspaziatura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it-IT"/>
        </w:rPr>
      </w:pPr>
      <w:r w:rsidRPr="0089091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it-IT"/>
        </w:rPr>
        <w:t>Oggetto: Manifestazione di interesse per l’attivazione del servizio di asilo nido tramite prenotazione/riserva di posti</w:t>
      </w:r>
      <w:r w:rsidR="00A85C88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it-IT"/>
        </w:rPr>
        <w:t xml:space="preserve"> </w:t>
      </w:r>
      <w:r w:rsidRPr="0089091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it-IT"/>
        </w:rPr>
        <w:t>– Annualità 2026 e 2027.</w:t>
      </w:r>
    </w:p>
    <w:p w14:paraId="35C2B175" w14:textId="77777777" w:rsidR="00A85C88" w:rsidRPr="0089091B" w:rsidRDefault="00A85C88" w:rsidP="0089091B">
      <w:pPr>
        <w:pStyle w:val="Nessunaspaziatura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</w:pPr>
    </w:p>
    <w:p w14:paraId="7535F2D6" w14:textId="77777777" w:rsidR="00A85C88" w:rsidRDefault="0089091B" w:rsidP="0089091B">
      <w:pPr>
        <w:pStyle w:val="Nessunaspaziatura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</w:pPr>
      <w:r w:rsidRPr="0089091B"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  <w:t>La presente istanza è finalizzata al raggiungimento dell’obiettivo di servizio per il potenziamento dei servizi educativi per l’infanzia, volto a garantire il livello minimo di copertura del 33% su base locale ai sensi dell’</w:t>
      </w:r>
      <w:r w:rsidRPr="0089091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it-IT"/>
        </w:rPr>
        <w:t>art. 1, comma 172, della Legge 30 dicembre 2021, n. 234</w:t>
      </w:r>
      <w:r w:rsidRPr="0089091B"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  <w:t xml:space="preserve">. </w:t>
      </w:r>
    </w:p>
    <w:p w14:paraId="3B1CAF71" w14:textId="091E948F" w:rsidR="0089091B" w:rsidRPr="0089091B" w:rsidRDefault="0089091B" w:rsidP="0089091B">
      <w:pPr>
        <w:pStyle w:val="Nessunaspaziatura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</w:pPr>
      <w:r w:rsidRPr="0089091B"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  <w:t xml:space="preserve">La procedura è indetta in esecuzione della </w:t>
      </w:r>
      <w:r w:rsidRPr="0089091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it-IT"/>
        </w:rPr>
        <w:t>Deliberazione di Giunta Comunale n. 29 del 28/07/2026</w:t>
      </w:r>
      <w:r w:rsidRPr="0089091B"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  <w:t xml:space="preserve">, nel rispetto delle prescrizioni del </w:t>
      </w:r>
      <w:r w:rsidRPr="0089091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it-IT"/>
        </w:rPr>
        <w:t>D.M. 10 marzo 2026</w:t>
      </w:r>
      <w:r w:rsidRPr="0089091B"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  <w:t xml:space="preserve"> e della relativa Nota Metodologica del Fondo speciale per l’equità del livello dei servizi (FELS).</w:t>
      </w:r>
    </w:p>
    <w:p w14:paraId="101632F6" w14:textId="77777777" w:rsidR="00A85C88" w:rsidRDefault="00A85C88" w:rsidP="0089091B">
      <w:pPr>
        <w:pStyle w:val="Nessunaspaziatura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</w:pPr>
    </w:p>
    <w:p w14:paraId="05A30B73" w14:textId="31B1E11F" w:rsidR="0089091B" w:rsidRPr="0089091B" w:rsidRDefault="0089091B" w:rsidP="0089091B">
      <w:pPr>
        <w:pStyle w:val="Nessunaspaziatura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</w:pPr>
      <w:r w:rsidRPr="0089091B"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  <w:t>Il/La sottoscritto/a: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52"/>
        <w:gridCol w:w="6592"/>
      </w:tblGrid>
      <w:tr w:rsidR="0089091B" w:rsidRPr="0089091B" w14:paraId="04DB43B3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FADBE5" w14:textId="77777777" w:rsidR="0089091B" w:rsidRPr="0089091B" w:rsidRDefault="0089091B" w:rsidP="0089091B">
            <w:pPr>
              <w:pStyle w:val="Nessunaspaziatura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it-IT"/>
              </w:rPr>
            </w:pPr>
            <w:r w:rsidRPr="0089091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it-IT"/>
              </w:rPr>
              <w:t>Campo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D2C4F8" w14:textId="77777777" w:rsidR="0089091B" w:rsidRPr="0089091B" w:rsidRDefault="0089091B" w:rsidP="0089091B">
            <w:pPr>
              <w:pStyle w:val="Nessunaspaziatura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it-IT"/>
              </w:rPr>
            </w:pPr>
            <w:r w:rsidRPr="0089091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it-IT"/>
              </w:rPr>
              <w:t>Dati del Legale Rappresentante</w:t>
            </w:r>
          </w:p>
        </w:tc>
      </w:tr>
      <w:tr w:rsidR="0089091B" w:rsidRPr="0089091B" w14:paraId="05F23B1B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C0E931" w14:textId="77777777" w:rsidR="0089091B" w:rsidRPr="0089091B" w:rsidRDefault="0089091B" w:rsidP="0089091B">
            <w:pPr>
              <w:pStyle w:val="Nessunaspaziatura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it-IT"/>
              </w:rPr>
            </w:pPr>
            <w:r w:rsidRPr="0089091B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it-IT"/>
              </w:rPr>
              <w:t>Nome e Cognome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BEDB5D" w14:textId="77777777" w:rsidR="0089091B" w:rsidRPr="0089091B" w:rsidRDefault="0089091B" w:rsidP="0089091B">
            <w:pPr>
              <w:pStyle w:val="Nessunaspaziatura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it-IT"/>
              </w:rPr>
            </w:pPr>
            <w:r w:rsidRPr="0089091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it-IT"/>
              </w:rPr>
              <w:t>[________________________________________________]</w:t>
            </w:r>
          </w:p>
        </w:tc>
      </w:tr>
      <w:tr w:rsidR="0089091B" w:rsidRPr="0089091B" w14:paraId="419286D6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D236C1" w14:textId="77777777" w:rsidR="0089091B" w:rsidRPr="0089091B" w:rsidRDefault="0089091B" w:rsidP="0089091B">
            <w:pPr>
              <w:pStyle w:val="Nessunaspaziatura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it-IT"/>
              </w:rPr>
            </w:pPr>
            <w:r w:rsidRPr="0089091B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it-IT"/>
              </w:rPr>
              <w:t>Luogo e Data di Nascita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8B4993" w14:textId="77777777" w:rsidR="0089091B" w:rsidRPr="0089091B" w:rsidRDefault="0089091B" w:rsidP="0089091B">
            <w:pPr>
              <w:pStyle w:val="Nessunaspaziatura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it-IT"/>
              </w:rPr>
            </w:pPr>
            <w:r w:rsidRPr="0089091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it-IT"/>
              </w:rPr>
              <w:t>[________________________________________________]</w:t>
            </w:r>
          </w:p>
        </w:tc>
      </w:tr>
      <w:tr w:rsidR="0089091B" w:rsidRPr="0089091B" w14:paraId="223CC6CC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4B9217" w14:textId="77777777" w:rsidR="0089091B" w:rsidRPr="0089091B" w:rsidRDefault="0089091B" w:rsidP="0089091B">
            <w:pPr>
              <w:pStyle w:val="Nessunaspaziatura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it-IT"/>
              </w:rPr>
            </w:pPr>
            <w:r w:rsidRPr="0089091B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it-IT"/>
              </w:rPr>
              <w:t>Codice Fiscale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3047BC" w14:textId="77777777" w:rsidR="0089091B" w:rsidRPr="0089091B" w:rsidRDefault="0089091B" w:rsidP="0089091B">
            <w:pPr>
              <w:pStyle w:val="Nessunaspaziatura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it-IT"/>
              </w:rPr>
            </w:pPr>
            <w:r w:rsidRPr="0089091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it-IT"/>
              </w:rPr>
              <w:t>[________________________________________________]</w:t>
            </w:r>
          </w:p>
        </w:tc>
      </w:tr>
      <w:tr w:rsidR="0089091B" w:rsidRPr="0089091B" w14:paraId="41766D4D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A34F3D" w14:textId="77777777" w:rsidR="0089091B" w:rsidRPr="0089091B" w:rsidRDefault="0089091B" w:rsidP="0089091B">
            <w:pPr>
              <w:pStyle w:val="Nessunaspaziatura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it-IT"/>
              </w:rPr>
            </w:pPr>
            <w:r w:rsidRPr="0089091B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it-IT"/>
              </w:rPr>
              <w:t>In qualità di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238371" w14:textId="77777777" w:rsidR="0089091B" w:rsidRPr="0089091B" w:rsidRDefault="0089091B" w:rsidP="0089091B">
            <w:pPr>
              <w:pStyle w:val="Nessunaspaziatura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it-IT"/>
              </w:rPr>
            </w:pPr>
            <w:r w:rsidRPr="0089091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it-IT"/>
              </w:rPr>
              <w:t>Legale Rappresentante pro-tempore di:</w:t>
            </w:r>
          </w:p>
        </w:tc>
      </w:tr>
    </w:tbl>
    <w:p w14:paraId="774C0859" w14:textId="77777777" w:rsidR="0089091B" w:rsidRPr="0089091B" w:rsidRDefault="0089091B" w:rsidP="0089091B">
      <w:pPr>
        <w:pStyle w:val="Nessunaspaziatura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</w:pPr>
      <w:r w:rsidRPr="0089091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it-IT"/>
        </w:rPr>
        <w:t>Dati dell’Ente/Ditta Gestore:</w:t>
      </w:r>
    </w:p>
    <w:p w14:paraId="3AE93552" w14:textId="77777777" w:rsidR="0089091B" w:rsidRPr="0089091B" w:rsidRDefault="0089091B" w:rsidP="0089091B">
      <w:pPr>
        <w:pStyle w:val="Nessunaspaziatura"/>
        <w:numPr>
          <w:ilvl w:val="0"/>
          <w:numId w:val="22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</w:pPr>
      <w:r w:rsidRPr="0089091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it-IT"/>
        </w:rPr>
        <w:t>Ragione Sociale:</w:t>
      </w:r>
      <w:r w:rsidRPr="0089091B"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  <w:t xml:space="preserve"> [________________________________________________]</w:t>
      </w:r>
    </w:p>
    <w:p w14:paraId="1FAF4F5A" w14:textId="6828FA4A" w:rsidR="0089091B" w:rsidRPr="0089091B" w:rsidRDefault="0089091B" w:rsidP="00A85C88">
      <w:pPr>
        <w:pStyle w:val="Nessunaspaziatura"/>
        <w:numPr>
          <w:ilvl w:val="0"/>
          <w:numId w:val="22"/>
        </w:numPr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</w:pPr>
      <w:r w:rsidRPr="0089091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it-IT"/>
        </w:rPr>
        <w:t>Sede Legale (Via/N./Città):</w:t>
      </w:r>
      <w:r w:rsidRPr="0089091B"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  <w:t xml:space="preserve"> _______________________________________________]</w:t>
      </w:r>
    </w:p>
    <w:p w14:paraId="2383EAE4" w14:textId="77777777" w:rsidR="0089091B" w:rsidRPr="0089091B" w:rsidRDefault="0089091B" w:rsidP="0089091B">
      <w:pPr>
        <w:pStyle w:val="Nessunaspaziatura"/>
        <w:numPr>
          <w:ilvl w:val="0"/>
          <w:numId w:val="22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</w:pPr>
      <w:r w:rsidRPr="0089091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it-IT"/>
        </w:rPr>
        <w:t>Partita IVA / C.F.:</w:t>
      </w:r>
      <w:r w:rsidRPr="0089091B"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  <w:t xml:space="preserve"> [________________________________________________]</w:t>
      </w:r>
    </w:p>
    <w:p w14:paraId="16D6F357" w14:textId="343C9B21" w:rsidR="0089091B" w:rsidRPr="0089091B" w:rsidRDefault="0089091B" w:rsidP="00A85C88">
      <w:pPr>
        <w:pStyle w:val="Nessunaspaziatura"/>
        <w:numPr>
          <w:ilvl w:val="0"/>
          <w:numId w:val="22"/>
        </w:numPr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</w:pPr>
      <w:r w:rsidRPr="0089091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it-IT"/>
        </w:rPr>
        <w:t>PEC (Indirizzo Certificato):</w:t>
      </w:r>
      <w:r w:rsidRPr="0089091B"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  <w:t xml:space="preserve"> ______________________________________________]</w:t>
      </w:r>
    </w:p>
    <w:p w14:paraId="4F420129" w14:textId="77777777" w:rsidR="0089091B" w:rsidRPr="0089091B" w:rsidRDefault="0089091B" w:rsidP="0089091B">
      <w:pPr>
        <w:pStyle w:val="Nessunaspaziatura"/>
        <w:numPr>
          <w:ilvl w:val="0"/>
          <w:numId w:val="22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</w:pPr>
      <w:r w:rsidRPr="0089091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it-IT"/>
        </w:rPr>
        <w:lastRenderedPageBreak/>
        <w:t>Telefono / Email:</w:t>
      </w:r>
      <w:r w:rsidRPr="0089091B"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  <w:t xml:space="preserve"> [________________________________________________]</w:t>
      </w:r>
    </w:p>
    <w:p w14:paraId="759E20A0" w14:textId="6A4359F9" w:rsidR="0089091B" w:rsidRPr="0089091B" w:rsidRDefault="0089091B" w:rsidP="0089091B">
      <w:pPr>
        <w:pStyle w:val="Nessunaspaziatura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</w:pPr>
      <w:r w:rsidRPr="0089091B"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  <w:t xml:space="preserve">Il sottoscritto </w:t>
      </w:r>
      <w:r w:rsidRPr="0089091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it-IT"/>
        </w:rPr>
        <w:t>MANIFESTA L'INTERESSE</w:t>
      </w:r>
      <w:r w:rsidRPr="0089091B"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  <w:t xml:space="preserve"> a partecipare alla procedura per la riserva di </w:t>
      </w:r>
      <w:r w:rsidRPr="0089091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it-IT"/>
        </w:rPr>
        <w:t>posti nido</w:t>
      </w:r>
      <w:r w:rsidRPr="0089091B"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  <w:t xml:space="preserve"> (obiettivo di servizio assegnato per l'anno 2026</w:t>
      </w:r>
      <w:r w:rsidR="00A85C88"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  <w:t xml:space="preserve"> e 2027</w:t>
      </w:r>
      <w:r w:rsidRPr="0089091B"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  <w:t>) ed eventuali ulteriori posti nei limiti delle disponibilità economiche dell'Ente, a favore dei bambini residenti nel Comune di San Procopio, per i seguenti periodi:</w:t>
      </w:r>
    </w:p>
    <w:p w14:paraId="4E56801A" w14:textId="77777777" w:rsidR="0089091B" w:rsidRPr="0089091B" w:rsidRDefault="0089091B" w:rsidP="0089091B">
      <w:pPr>
        <w:pStyle w:val="Nessunaspaziatura"/>
        <w:numPr>
          <w:ilvl w:val="0"/>
          <w:numId w:val="23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</w:pPr>
      <w:r w:rsidRPr="0089091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it-IT"/>
        </w:rPr>
        <w:t>Settembre – Dicembre 2026</w:t>
      </w:r>
    </w:p>
    <w:p w14:paraId="677D4786" w14:textId="77777777" w:rsidR="0089091B" w:rsidRPr="0089091B" w:rsidRDefault="0089091B" w:rsidP="0089091B">
      <w:pPr>
        <w:pStyle w:val="Nessunaspaziatura"/>
        <w:numPr>
          <w:ilvl w:val="0"/>
          <w:numId w:val="23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</w:pPr>
      <w:r w:rsidRPr="0089091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it-IT"/>
        </w:rPr>
        <w:t>Intero anno 2027</w:t>
      </w:r>
    </w:p>
    <w:p w14:paraId="03059485" w14:textId="77777777" w:rsidR="00A85C88" w:rsidRDefault="00A85C88" w:rsidP="0089091B">
      <w:pPr>
        <w:pStyle w:val="Nessunaspaziatura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</w:pPr>
    </w:p>
    <w:p w14:paraId="159CA22B" w14:textId="34DFA68F" w:rsidR="0089091B" w:rsidRPr="0089091B" w:rsidRDefault="0089091B" w:rsidP="0089091B">
      <w:pPr>
        <w:pStyle w:val="Nessunaspaziatura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</w:pPr>
      <w:r w:rsidRPr="0089091B"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  <w:t xml:space="preserve">Ai sensi del D.P.R. n. 445/2000, consapevole delle sanzioni penali previste dall’art. 76 per le ipotesi di falsità in atti e dichiarazioni mendaci, il sottoscritto </w:t>
      </w:r>
      <w:r w:rsidRPr="0089091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it-IT"/>
        </w:rPr>
        <w:t>DICHIARA</w:t>
      </w:r>
      <w:r w:rsidRPr="0089091B"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  <w:t>:</w:t>
      </w:r>
    </w:p>
    <w:p w14:paraId="3505F655" w14:textId="77777777" w:rsidR="0089091B" w:rsidRPr="0089091B" w:rsidRDefault="0089091B" w:rsidP="0089091B">
      <w:pPr>
        <w:pStyle w:val="Nessunaspaziatura"/>
        <w:numPr>
          <w:ilvl w:val="0"/>
          <w:numId w:val="24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</w:pPr>
      <w:proofErr w:type="gramStart"/>
      <w:r w:rsidRPr="0089091B"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  <w:t>[ ]</w:t>
      </w:r>
      <w:proofErr w:type="gramEnd"/>
      <w:r w:rsidRPr="0089091B"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  <w:t xml:space="preserve"> Di essere in possesso di regolare autorizzazione al funzionamento e accreditamento per i servizi educativi per la prima infanzia (fascia 3-36 mesi) rilasciati ai sensi della </w:t>
      </w:r>
      <w:r w:rsidRPr="0089091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it-IT"/>
        </w:rPr>
        <w:t>Legge Regionale (Calabria) n. 15/2013</w:t>
      </w:r>
      <w:r w:rsidRPr="0089091B"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  <w:t xml:space="preserve"> e della normativa regolamentare vigente;</w:t>
      </w:r>
    </w:p>
    <w:p w14:paraId="40C7E2E3" w14:textId="77777777" w:rsidR="0089091B" w:rsidRPr="0089091B" w:rsidRDefault="0089091B" w:rsidP="0089091B">
      <w:pPr>
        <w:pStyle w:val="Nessunaspaziatura"/>
        <w:numPr>
          <w:ilvl w:val="0"/>
          <w:numId w:val="24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</w:pPr>
      <w:proofErr w:type="gramStart"/>
      <w:r w:rsidRPr="0089091B"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  <w:t>[ ]</w:t>
      </w:r>
      <w:proofErr w:type="gramEnd"/>
      <w:r w:rsidRPr="0089091B"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  <w:t xml:space="preserve"> Che la struttura è ubicata nel seguente Comune limitrofo a San Procopio: [________________________];</w:t>
      </w:r>
    </w:p>
    <w:p w14:paraId="4F57E74B" w14:textId="77777777" w:rsidR="0089091B" w:rsidRPr="0089091B" w:rsidRDefault="0089091B" w:rsidP="0089091B">
      <w:pPr>
        <w:pStyle w:val="Nessunaspaziatura"/>
        <w:numPr>
          <w:ilvl w:val="0"/>
          <w:numId w:val="24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</w:pPr>
      <w:proofErr w:type="gramStart"/>
      <w:r w:rsidRPr="0089091B"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  <w:t>[ ]</w:t>
      </w:r>
      <w:proofErr w:type="gramEnd"/>
      <w:r w:rsidRPr="0089091B"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  <w:t xml:space="preserve"> Che la struttura è di tipologia:</w:t>
      </w:r>
    </w:p>
    <w:p w14:paraId="7A51175D" w14:textId="77777777" w:rsidR="0089091B" w:rsidRPr="0089091B" w:rsidRDefault="0089091B" w:rsidP="0089091B">
      <w:pPr>
        <w:pStyle w:val="Nessunaspaziatura"/>
        <w:numPr>
          <w:ilvl w:val="1"/>
          <w:numId w:val="24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</w:pPr>
      <w:proofErr w:type="gramStart"/>
      <w:r w:rsidRPr="0089091B"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  <w:t>[ ]</w:t>
      </w:r>
      <w:proofErr w:type="gramEnd"/>
      <w:r w:rsidRPr="0089091B"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  <w:t xml:space="preserve"> Pubblica (Comunale)</w:t>
      </w:r>
    </w:p>
    <w:p w14:paraId="13FA32F0" w14:textId="77777777" w:rsidR="0089091B" w:rsidRPr="0089091B" w:rsidRDefault="0089091B" w:rsidP="0089091B">
      <w:pPr>
        <w:pStyle w:val="Nessunaspaziatura"/>
        <w:numPr>
          <w:ilvl w:val="1"/>
          <w:numId w:val="24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</w:pPr>
      <w:proofErr w:type="gramStart"/>
      <w:r w:rsidRPr="0089091B"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  <w:t>[ ]</w:t>
      </w:r>
      <w:proofErr w:type="gramEnd"/>
      <w:r w:rsidRPr="0089091B"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  <w:t xml:space="preserve"> Privata Accreditata</w:t>
      </w:r>
    </w:p>
    <w:p w14:paraId="0080E740" w14:textId="77777777" w:rsidR="0089091B" w:rsidRPr="0089091B" w:rsidRDefault="0089091B" w:rsidP="0089091B">
      <w:pPr>
        <w:pStyle w:val="Nessunaspaziatura"/>
        <w:numPr>
          <w:ilvl w:val="0"/>
          <w:numId w:val="24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</w:pPr>
      <w:proofErr w:type="gramStart"/>
      <w:r w:rsidRPr="0089091B"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  <w:t>[ ]</w:t>
      </w:r>
      <w:proofErr w:type="gramEnd"/>
      <w:r w:rsidRPr="0089091B"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  <w:t xml:space="preserve"> L’assenza di cause di esclusione di cui agli </w:t>
      </w:r>
      <w:r w:rsidRPr="0089091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it-IT"/>
        </w:rPr>
        <w:t xml:space="preserve">artt. 94 e 95 del </w:t>
      </w:r>
      <w:proofErr w:type="spellStart"/>
      <w:r w:rsidRPr="0089091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it-IT"/>
        </w:rPr>
        <w:t>D.Lgs.</w:t>
      </w:r>
      <w:proofErr w:type="spellEnd"/>
      <w:r w:rsidRPr="0089091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it-IT"/>
        </w:rPr>
        <w:t xml:space="preserve"> 31 marzo 2023, n. 36</w:t>
      </w:r>
      <w:r w:rsidRPr="0089091B"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  <w:t xml:space="preserve"> (Codice dei Contratti Pubblici);</w:t>
      </w:r>
    </w:p>
    <w:p w14:paraId="6C342F5B" w14:textId="77777777" w:rsidR="0089091B" w:rsidRPr="0089091B" w:rsidRDefault="0089091B" w:rsidP="0089091B">
      <w:pPr>
        <w:pStyle w:val="Nessunaspaziatura"/>
        <w:numPr>
          <w:ilvl w:val="0"/>
          <w:numId w:val="24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</w:pPr>
      <w:proofErr w:type="gramStart"/>
      <w:r w:rsidRPr="0089091B"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  <w:t>[ ]</w:t>
      </w:r>
      <w:proofErr w:type="gramEnd"/>
      <w:r w:rsidRPr="0089091B"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  <w:t xml:space="preserve"> Di rispettare integralmente i requisiti strutturali, organizzativi e igienico-sanitari previsti per la gestione dei servizi nido.</w:t>
      </w:r>
    </w:p>
    <w:p w14:paraId="3EB0A2ED" w14:textId="77777777" w:rsidR="00A85C88" w:rsidRDefault="00A85C88" w:rsidP="0089091B">
      <w:pPr>
        <w:pStyle w:val="Nessunaspaziatura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</w:pPr>
    </w:p>
    <w:p w14:paraId="3EA45BD1" w14:textId="782BAD9F" w:rsidR="0089091B" w:rsidRPr="0089091B" w:rsidRDefault="0089091B" w:rsidP="0089091B">
      <w:pPr>
        <w:pStyle w:val="Nessunaspaziatura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</w:pPr>
      <w:r w:rsidRPr="0089091B"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  <w:t>Si allega alla presente domanda:</w:t>
      </w:r>
    </w:p>
    <w:p w14:paraId="426340C2" w14:textId="77777777" w:rsidR="0089091B" w:rsidRPr="0089091B" w:rsidRDefault="0089091B" w:rsidP="0089091B">
      <w:pPr>
        <w:pStyle w:val="Nessunaspaziatura"/>
        <w:numPr>
          <w:ilvl w:val="0"/>
          <w:numId w:val="25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</w:pPr>
      <w:proofErr w:type="gramStart"/>
      <w:r w:rsidRPr="0089091B"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  <w:t>[ ]</w:t>
      </w:r>
      <w:proofErr w:type="gramEnd"/>
      <w:r w:rsidRPr="0089091B"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  <w:t xml:space="preserve"> Copia fotostatica di un documento di identità del legale rappresentante in corso di validità (non necessario in caso di firma digitale);</w:t>
      </w:r>
    </w:p>
    <w:p w14:paraId="74B83887" w14:textId="77777777" w:rsidR="0089091B" w:rsidRPr="0089091B" w:rsidRDefault="0089091B" w:rsidP="0089091B">
      <w:pPr>
        <w:pStyle w:val="Nessunaspaziatura"/>
        <w:numPr>
          <w:ilvl w:val="0"/>
          <w:numId w:val="25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</w:pPr>
      <w:proofErr w:type="gramStart"/>
      <w:r w:rsidRPr="0089091B"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  <w:t>[ ]</w:t>
      </w:r>
      <w:proofErr w:type="gramEnd"/>
      <w:r w:rsidRPr="0089091B"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  <w:t xml:space="preserve"> Copia del provvedimento di autorizzazione al funzionamento e accreditamento della struttura (L.R. 15/2013);</w:t>
      </w:r>
    </w:p>
    <w:p w14:paraId="5A5D7C04" w14:textId="77777777" w:rsidR="0089091B" w:rsidRPr="0089091B" w:rsidRDefault="0089091B" w:rsidP="0089091B">
      <w:pPr>
        <w:pStyle w:val="Nessunaspaziatura"/>
        <w:numPr>
          <w:ilvl w:val="0"/>
          <w:numId w:val="25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</w:pPr>
      <w:proofErr w:type="gramStart"/>
      <w:r w:rsidRPr="0089091B"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  <w:t>[ ]</w:t>
      </w:r>
      <w:proofErr w:type="gramEnd"/>
      <w:r w:rsidRPr="0089091B"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  <w:t xml:space="preserve"> Progetto educativo sintetico della struttura relativo all'offerta formativa per la fascia 3-36 mesi;</w:t>
      </w:r>
    </w:p>
    <w:p w14:paraId="4F6B91B9" w14:textId="77777777" w:rsidR="0089091B" w:rsidRDefault="0089091B" w:rsidP="0089091B">
      <w:pPr>
        <w:pStyle w:val="Nessunaspaziatura"/>
        <w:numPr>
          <w:ilvl w:val="0"/>
          <w:numId w:val="25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</w:pPr>
      <w:proofErr w:type="gramStart"/>
      <w:r w:rsidRPr="0089091B"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  <w:t>[ ]</w:t>
      </w:r>
      <w:proofErr w:type="gramEnd"/>
      <w:r w:rsidRPr="0089091B"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  <w:t xml:space="preserve"> </w:t>
      </w:r>
      <w:r w:rsidRPr="0089091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it-IT"/>
        </w:rPr>
        <w:t>DURC</w:t>
      </w:r>
      <w:r w:rsidRPr="0089091B"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  <w:t xml:space="preserve"> (Documento Unico di Regolarità Contributiva) in corso di validità.</w:t>
      </w:r>
    </w:p>
    <w:p w14:paraId="53413976" w14:textId="77777777" w:rsidR="00A85C88" w:rsidRDefault="00A85C88" w:rsidP="00A85C88">
      <w:pPr>
        <w:pStyle w:val="Nessunaspaziatura"/>
        <w:ind w:left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</w:pPr>
    </w:p>
    <w:p w14:paraId="2DBDA1EA" w14:textId="77777777" w:rsidR="00A85C88" w:rsidRDefault="00A85C88" w:rsidP="00A85C88">
      <w:pPr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617998">
        <w:rPr>
          <w:rFonts w:ascii="Times New Roman" w:hAnsi="Times New Roman" w:cs="Times New Roman"/>
          <w:sz w:val="24"/>
          <w:szCs w:val="24"/>
          <w:lang w:val="it-IT"/>
        </w:rPr>
        <w:t>Tariffario applicato della struttura per la tipologia di frequenza proposta (tempo pieno e/o tempo parziale).</w:t>
      </w:r>
    </w:p>
    <w:p w14:paraId="2F39782D" w14:textId="77777777" w:rsidR="00A85C88" w:rsidRDefault="00A85C88" w:rsidP="00A85C88">
      <w:pPr>
        <w:pStyle w:val="Paragrafoelenco"/>
        <w:rPr>
          <w:rFonts w:ascii="Times New Roman" w:hAnsi="Times New Roman" w:cs="Times New Roman"/>
          <w:sz w:val="24"/>
          <w:szCs w:val="24"/>
          <w:lang w:val="it-IT"/>
        </w:rPr>
      </w:pPr>
    </w:p>
    <w:p w14:paraId="0DB68C85" w14:textId="3F71E30F" w:rsidR="00A85C88" w:rsidRDefault="00A85C88" w:rsidP="00A85C88">
      <w:pPr>
        <w:ind w:left="72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>San Procopio, Li______________</w:t>
      </w:r>
      <w:r>
        <w:rPr>
          <w:rFonts w:ascii="Times New Roman" w:hAnsi="Times New Roman" w:cs="Times New Roman"/>
          <w:sz w:val="24"/>
          <w:szCs w:val="24"/>
          <w:lang w:val="it-IT"/>
        </w:rPr>
        <w:tab/>
      </w:r>
      <w:r>
        <w:rPr>
          <w:rFonts w:ascii="Times New Roman" w:hAnsi="Times New Roman" w:cs="Times New Roman"/>
          <w:sz w:val="24"/>
          <w:szCs w:val="24"/>
          <w:lang w:val="it-IT"/>
        </w:rPr>
        <w:tab/>
      </w:r>
      <w:r>
        <w:rPr>
          <w:rFonts w:ascii="Times New Roman" w:hAnsi="Times New Roman" w:cs="Times New Roman"/>
          <w:sz w:val="24"/>
          <w:szCs w:val="24"/>
          <w:lang w:val="it-IT"/>
        </w:rPr>
        <w:tab/>
      </w:r>
      <w:r>
        <w:rPr>
          <w:rFonts w:ascii="Times New Roman" w:hAnsi="Times New Roman" w:cs="Times New Roman"/>
          <w:sz w:val="24"/>
          <w:szCs w:val="24"/>
          <w:lang w:val="it-IT"/>
        </w:rPr>
        <w:tab/>
        <w:t>Il Rappresentante Legale</w:t>
      </w:r>
    </w:p>
    <w:p w14:paraId="71741FB9" w14:textId="77777777" w:rsidR="00A85C88" w:rsidRPr="00617998" w:rsidRDefault="00A85C88" w:rsidP="00A85C88">
      <w:pPr>
        <w:ind w:left="720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14:paraId="51E08791" w14:textId="77777777" w:rsidR="00A85C88" w:rsidRPr="0089091B" w:rsidRDefault="00A85C88" w:rsidP="00A85C88">
      <w:pPr>
        <w:pStyle w:val="Nessunaspaziatura"/>
        <w:ind w:left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</w:pPr>
    </w:p>
    <w:p w14:paraId="1D074B4D" w14:textId="77777777" w:rsidR="00831B1A" w:rsidRPr="00C76AFA" w:rsidRDefault="00831B1A" w:rsidP="0089091B">
      <w:pPr>
        <w:pStyle w:val="Nessunaspaziatura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831B1A" w:rsidRPr="00C76AFA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59C6F7A"/>
    <w:multiLevelType w:val="multilevel"/>
    <w:tmpl w:val="5F665E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6A8087E"/>
    <w:multiLevelType w:val="multilevel"/>
    <w:tmpl w:val="F5F414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782347C"/>
    <w:multiLevelType w:val="multilevel"/>
    <w:tmpl w:val="5F665E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96563D6"/>
    <w:multiLevelType w:val="multilevel"/>
    <w:tmpl w:val="BAC6B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E19687C"/>
    <w:multiLevelType w:val="multilevel"/>
    <w:tmpl w:val="5F665E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05C1233"/>
    <w:multiLevelType w:val="multilevel"/>
    <w:tmpl w:val="A3B293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F5D3721"/>
    <w:multiLevelType w:val="multilevel"/>
    <w:tmpl w:val="5F665E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102583A"/>
    <w:multiLevelType w:val="multilevel"/>
    <w:tmpl w:val="1B722D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7ED3666"/>
    <w:multiLevelType w:val="multilevel"/>
    <w:tmpl w:val="377A9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C69489D"/>
    <w:multiLevelType w:val="multilevel"/>
    <w:tmpl w:val="5F665E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E1D1519"/>
    <w:multiLevelType w:val="multilevel"/>
    <w:tmpl w:val="5F665E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E2002AE"/>
    <w:multiLevelType w:val="multilevel"/>
    <w:tmpl w:val="5F665E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0BE6BDD"/>
    <w:multiLevelType w:val="multilevel"/>
    <w:tmpl w:val="5F665E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8563FBE"/>
    <w:multiLevelType w:val="multilevel"/>
    <w:tmpl w:val="5F665E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DAB3EFB"/>
    <w:multiLevelType w:val="hybridMultilevel"/>
    <w:tmpl w:val="D354FD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70C756E"/>
    <w:multiLevelType w:val="multilevel"/>
    <w:tmpl w:val="7ABE4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FB6600A"/>
    <w:multiLevelType w:val="hybridMultilevel"/>
    <w:tmpl w:val="6144FAD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4638778">
    <w:abstractNumId w:val="8"/>
  </w:num>
  <w:num w:numId="2" w16cid:durableId="1337270574">
    <w:abstractNumId w:val="6"/>
  </w:num>
  <w:num w:numId="3" w16cid:durableId="499732109">
    <w:abstractNumId w:val="5"/>
  </w:num>
  <w:num w:numId="4" w16cid:durableId="795374389">
    <w:abstractNumId w:val="4"/>
  </w:num>
  <w:num w:numId="5" w16cid:durableId="1832208002">
    <w:abstractNumId w:val="7"/>
  </w:num>
  <w:num w:numId="6" w16cid:durableId="622736746">
    <w:abstractNumId w:val="3"/>
  </w:num>
  <w:num w:numId="7" w16cid:durableId="626398935">
    <w:abstractNumId w:val="2"/>
  </w:num>
  <w:num w:numId="8" w16cid:durableId="1610162756">
    <w:abstractNumId w:val="1"/>
  </w:num>
  <w:num w:numId="9" w16cid:durableId="942153793">
    <w:abstractNumId w:val="0"/>
  </w:num>
  <w:num w:numId="10" w16cid:durableId="1233276745">
    <w:abstractNumId w:val="22"/>
  </w:num>
  <w:num w:numId="11" w16cid:durableId="1314290311">
    <w:abstractNumId w:val="21"/>
  </w:num>
  <w:num w:numId="12" w16cid:durableId="2122721683">
    <w:abstractNumId w:val="24"/>
  </w:num>
  <w:num w:numId="13" w16cid:durableId="1000355748">
    <w:abstractNumId w:val="23"/>
  </w:num>
  <w:num w:numId="14" w16cid:durableId="848519812">
    <w:abstractNumId w:val="13"/>
  </w:num>
  <w:num w:numId="15" w16cid:durableId="131603929">
    <w:abstractNumId w:val="20"/>
  </w:num>
  <w:num w:numId="16" w16cid:durableId="2066175531">
    <w:abstractNumId w:val="16"/>
  </w:num>
  <w:num w:numId="17" w16cid:durableId="1125081762">
    <w:abstractNumId w:val="11"/>
  </w:num>
  <w:num w:numId="18" w16cid:durableId="498695325">
    <w:abstractNumId w:val="15"/>
  </w:num>
  <w:num w:numId="19" w16cid:durableId="1859002507">
    <w:abstractNumId w:val="9"/>
  </w:num>
  <w:num w:numId="20" w16cid:durableId="2115439503">
    <w:abstractNumId w:val="18"/>
  </w:num>
  <w:num w:numId="21" w16cid:durableId="384259529">
    <w:abstractNumId w:val="19"/>
  </w:num>
  <w:num w:numId="22" w16cid:durableId="356588069">
    <w:abstractNumId w:val="17"/>
  </w:num>
  <w:num w:numId="23" w16cid:durableId="1490487129">
    <w:abstractNumId w:val="14"/>
  </w:num>
  <w:num w:numId="24" w16cid:durableId="1295020106">
    <w:abstractNumId w:val="12"/>
  </w:num>
  <w:num w:numId="25" w16cid:durableId="1883319680">
    <w:abstractNumId w:val="10"/>
  </w:num>
  <w:num w:numId="26" w16cid:durableId="1565291605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7932"/>
    <w:rsid w:val="0015074B"/>
    <w:rsid w:val="001A207C"/>
    <w:rsid w:val="0029639D"/>
    <w:rsid w:val="00326F90"/>
    <w:rsid w:val="0036055C"/>
    <w:rsid w:val="004275FD"/>
    <w:rsid w:val="0045439D"/>
    <w:rsid w:val="005423A9"/>
    <w:rsid w:val="00617998"/>
    <w:rsid w:val="00641FCA"/>
    <w:rsid w:val="00822521"/>
    <w:rsid w:val="00831B1A"/>
    <w:rsid w:val="00870C30"/>
    <w:rsid w:val="0089091B"/>
    <w:rsid w:val="008E47DE"/>
    <w:rsid w:val="008E7DD2"/>
    <w:rsid w:val="009035BE"/>
    <w:rsid w:val="009A664F"/>
    <w:rsid w:val="009D05A3"/>
    <w:rsid w:val="00A85C88"/>
    <w:rsid w:val="00AA1D8D"/>
    <w:rsid w:val="00AC30D8"/>
    <w:rsid w:val="00AE22AB"/>
    <w:rsid w:val="00B300B1"/>
    <w:rsid w:val="00B47730"/>
    <w:rsid w:val="00B85A17"/>
    <w:rsid w:val="00C32D88"/>
    <w:rsid w:val="00C76AFA"/>
    <w:rsid w:val="00CB0664"/>
    <w:rsid w:val="00D26B5D"/>
    <w:rsid w:val="00D41662"/>
    <w:rsid w:val="00D95FD4"/>
    <w:rsid w:val="00E01A39"/>
    <w:rsid w:val="00F9470D"/>
    <w:rsid w:val="00FC693F"/>
    <w:rsid w:val="00FF1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43BFE2"/>
  <w14:defaultImageDpi w14:val="300"/>
  <w15:docId w15:val="{A24F2DB5-C410-4E61-A94E-FEE74DA4B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693F"/>
    <w:rPr>
      <w:rFonts w:ascii="Calibri" w:hAnsi="Calibri"/>
      <w:color w:val="333333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Collegamentoipertestuale">
    <w:name w:val="Hyperlink"/>
    <w:basedOn w:val="Carpredefinitoparagrafo"/>
    <w:uiPriority w:val="99"/>
    <w:unhideWhenUsed/>
    <w:rsid w:val="00831B1A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831B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comune.sanprocopio.rc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2</Pages>
  <Words>570</Words>
  <Characters>3255</Characters>
  <Application>Microsoft Office Word</Application>
  <DocSecurity>0</DocSecurity>
  <Lines>27</Lines>
  <Paragraphs>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3818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Utente</cp:lastModifiedBy>
  <cp:revision>6</cp:revision>
  <cp:lastPrinted>2026-08-05T11:09:00Z</cp:lastPrinted>
  <dcterms:created xsi:type="dcterms:W3CDTF">2026-08-05T11:14:00Z</dcterms:created>
  <dcterms:modified xsi:type="dcterms:W3CDTF">2026-08-05T14:07:00Z</dcterms:modified>
  <cp:category/>
</cp:coreProperties>
</file>